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413" w:rsidRDefault="00867E42">
      <w:pPr>
        <w:jc w:val="center"/>
      </w:pPr>
      <w:r>
        <w:rPr>
          <w:b/>
          <w:sz w:val="28"/>
        </w:rPr>
        <w:t>ALLEGATO A - MODELLO DI OFFERTA ECONOMICA</w:t>
      </w:r>
      <w:r>
        <w:rPr>
          <w:b/>
          <w:sz w:val="28"/>
        </w:rPr>
        <w:br/>
      </w:r>
    </w:p>
    <w:p w:rsidR="00A15413" w:rsidRDefault="00867E42">
      <w:pPr>
        <w:jc w:val="center"/>
      </w:pPr>
      <w:proofErr w:type="spellStart"/>
      <w:r>
        <w:rPr>
          <w:b/>
        </w:rPr>
        <w:t>Servizio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Tesoreria</w:t>
      </w:r>
      <w:proofErr w:type="spellEnd"/>
      <w:r>
        <w:rPr>
          <w:b/>
        </w:rPr>
        <w:t xml:space="preserve"> del </w:t>
      </w:r>
      <w:proofErr w:type="spellStart"/>
      <w:r>
        <w:rPr>
          <w:b/>
        </w:rPr>
        <w:t>Comune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Varallo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Pombia</w:t>
      </w:r>
      <w:proofErr w:type="spellEnd"/>
      <w:r>
        <w:rPr>
          <w:b/>
        </w:rPr>
        <w:br/>
      </w:r>
      <w:proofErr w:type="spellStart"/>
      <w:r>
        <w:rPr>
          <w:b/>
        </w:rPr>
        <w:t>Periodo</w:t>
      </w:r>
      <w:proofErr w:type="spellEnd"/>
      <w:r>
        <w:rPr>
          <w:b/>
        </w:rPr>
        <w:t xml:space="preserve"> 01/07/2026 – 30/06/2031</w:t>
      </w:r>
      <w:r w:rsidR="0074156E">
        <w:rPr>
          <w:b/>
        </w:rPr>
        <w:t xml:space="preserve"> con </w:t>
      </w:r>
      <w:proofErr w:type="spellStart"/>
      <w:r w:rsidR="0074156E">
        <w:rPr>
          <w:b/>
        </w:rPr>
        <w:t>opzione</w:t>
      </w:r>
      <w:proofErr w:type="spellEnd"/>
      <w:r w:rsidR="0074156E">
        <w:rPr>
          <w:b/>
        </w:rPr>
        <w:t xml:space="preserve"> di </w:t>
      </w:r>
      <w:proofErr w:type="spellStart"/>
      <w:r w:rsidR="0074156E">
        <w:rPr>
          <w:b/>
        </w:rPr>
        <w:t>rinnovo</w:t>
      </w:r>
      <w:proofErr w:type="spellEnd"/>
      <w:r w:rsidR="0074156E">
        <w:rPr>
          <w:b/>
        </w:rPr>
        <w:t xml:space="preserve"> ex art. 210 </w:t>
      </w:r>
      <w:proofErr w:type="spellStart"/>
      <w:r w:rsidR="0074156E">
        <w:rPr>
          <w:b/>
        </w:rPr>
        <w:t>Tuel</w:t>
      </w:r>
      <w:proofErr w:type="spellEnd"/>
      <w:r>
        <w:rPr>
          <w:b/>
        </w:rPr>
        <w:br/>
      </w:r>
    </w:p>
    <w:p w:rsidR="00A15413" w:rsidRDefault="00867E42">
      <w:r>
        <w:br/>
        <w:t>AL COMUNE DI VARALLO POMBIA</w:t>
      </w:r>
      <w:r>
        <w:br/>
        <w:t>Settore Finanziario</w:t>
      </w:r>
      <w:r>
        <w:br/>
      </w:r>
    </w:p>
    <w:p w:rsidR="00A15413" w:rsidRDefault="00867E42">
      <w:r>
        <w:t>Il sottoscritto _________________________________________________________________</w:t>
      </w:r>
    </w:p>
    <w:p w:rsidR="00A15413" w:rsidRDefault="00867E42">
      <w:r>
        <w:t>nato a ______________________________________ il _______________________________</w:t>
      </w:r>
    </w:p>
    <w:p w:rsidR="00A15413" w:rsidRDefault="00867E42">
      <w:r>
        <w:t>nella qualità di Legale Rappresentante dell'Istituto di Credito: __________________________</w:t>
      </w:r>
    </w:p>
    <w:p w:rsidR="00A15413" w:rsidRDefault="00867E42">
      <w:r>
        <w:t>con sede in ___________________________________________________________________</w:t>
      </w:r>
    </w:p>
    <w:p w:rsidR="00A15413" w:rsidRDefault="00867E42">
      <w:r>
        <w:t>Codice Fiscale/P.IVA ___________________________________________________________</w:t>
      </w:r>
    </w:p>
    <w:p w:rsidR="00A15413" w:rsidRDefault="00867E42">
      <w:pPr>
        <w:jc w:val="both"/>
      </w:pPr>
      <w:r>
        <w:br/>
        <w:t>In relazione alla procedura negoziata per l'affidamento del servizio di tesoreria in oggetto, consapevole delle sanzioni penali previste dall'art. 76 del D.P.R. 445/2000 per le ipotesi di falsità in atti e dichiarazioni mendaci, presenta la seguente</w:t>
      </w:r>
      <w:r>
        <w:rPr>
          <w:b/>
        </w:rPr>
        <w:t xml:space="preserve"> OFFERTA ECONOMICA: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15413">
        <w:tc>
          <w:tcPr>
            <w:tcW w:w="4320" w:type="dxa"/>
          </w:tcPr>
          <w:p w:rsidR="00A15413" w:rsidRDefault="00867E42">
            <w:r>
              <w:t>PARAMETRO DI VALUTAZIONE</w:t>
            </w:r>
            <w:r w:rsidR="00F01ACA">
              <w:t xml:space="preserve"> (100 punti)</w:t>
            </w:r>
            <w:bookmarkStart w:id="0" w:name="_GoBack"/>
            <w:bookmarkEnd w:id="0"/>
          </w:p>
        </w:tc>
        <w:tc>
          <w:tcPr>
            <w:tcW w:w="4320" w:type="dxa"/>
          </w:tcPr>
          <w:p w:rsidR="00A15413" w:rsidRDefault="00867E42">
            <w:r>
              <w:t>OFFERTA (in cifre e lettere)</w:t>
            </w:r>
          </w:p>
        </w:tc>
      </w:tr>
      <w:tr w:rsidR="00A15413">
        <w:tc>
          <w:tcPr>
            <w:tcW w:w="4320" w:type="dxa"/>
          </w:tcPr>
          <w:p w:rsidR="00A15413" w:rsidRDefault="00867E42" w:rsidP="008A7FE1">
            <w:r>
              <w:t>CANONE ANNUO OMNICOMPRENSIVO</w:t>
            </w:r>
            <w:r>
              <w:br/>
              <w:t>(Massimo € 5.000,00</w:t>
            </w:r>
            <w:r w:rsidR="008A7FE1">
              <w:t xml:space="preserve"> iva esente art.10 c.1 n.1 DPR 633/72)</w:t>
            </w:r>
            <w:r>
              <w:br/>
            </w:r>
          </w:p>
        </w:tc>
        <w:tc>
          <w:tcPr>
            <w:tcW w:w="4320" w:type="dxa"/>
          </w:tcPr>
          <w:p w:rsidR="00A15413" w:rsidRDefault="00867E42">
            <w:r>
              <w:t>€ _____________________</w:t>
            </w:r>
            <w:r>
              <w:br/>
              <w:t>(_____________________)</w:t>
            </w:r>
          </w:p>
        </w:tc>
      </w:tr>
    </w:tbl>
    <w:p w:rsidR="00527995" w:rsidRDefault="00527995"/>
    <w:p w:rsidR="00527995" w:rsidRDefault="00527995">
      <w:r>
        <w:rPr>
          <w:b/>
          <w:bCs/>
        </w:rPr>
        <w:t>INDICAZIONI ECONOMICHE OBBLIGATORIE (NON OGGETTO DI PUNTEGGIO)</w:t>
      </w:r>
      <w:r>
        <w:t xml:space="preserve">: </w:t>
      </w:r>
    </w:p>
    <w:p w:rsidR="00527995" w:rsidRDefault="00527995">
      <w:pPr>
        <w:rPr>
          <w:rStyle w:val="citation-181"/>
        </w:rPr>
      </w:pPr>
      <w:r>
        <w:rPr>
          <w:rStyle w:val="citation-182"/>
          <w:b/>
          <w:bCs/>
        </w:rPr>
        <w:t>TASSO DEBITORE / SPREAD</w:t>
      </w:r>
      <w:r>
        <w:rPr>
          <w:rStyle w:val="citation-182"/>
        </w:rPr>
        <w:t xml:space="preserve"> (</w:t>
      </w:r>
      <w:proofErr w:type="spellStart"/>
      <w:r>
        <w:rPr>
          <w:rStyle w:val="citation-182"/>
        </w:rPr>
        <w:t>su</w:t>
      </w:r>
      <w:proofErr w:type="spellEnd"/>
      <w:r>
        <w:rPr>
          <w:rStyle w:val="citation-182"/>
        </w:rPr>
        <w:t xml:space="preserve"> Euribor 3m</w:t>
      </w:r>
      <w:r>
        <w:rPr>
          <w:rStyle w:val="citation-182"/>
        </w:rPr>
        <w:t>esi</w:t>
      </w:r>
      <w:r>
        <w:rPr>
          <w:rStyle w:val="citation-182"/>
        </w:rPr>
        <w:t xml:space="preserve">): </w:t>
      </w:r>
      <w:proofErr w:type="spellStart"/>
      <w:r>
        <w:rPr>
          <w:rStyle w:val="citation-182"/>
        </w:rPr>
        <w:t>punti</w:t>
      </w:r>
      <w:proofErr w:type="spellEnd"/>
      <w:r>
        <w:rPr>
          <w:rStyle w:val="citation-182"/>
        </w:rPr>
        <w:t xml:space="preserve"> _________________</w:t>
      </w:r>
      <w:r>
        <w:t xml:space="preserve">; </w:t>
      </w:r>
      <w:r>
        <w:rPr>
          <w:rStyle w:val="citation-181"/>
        </w:rPr>
        <w:t xml:space="preserve"> </w:t>
      </w:r>
    </w:p>
    <w:p w:rsidR="00F01ACA" w:rsidRDefault="00527995">
      <w:r>
        <w:rPr>
          <w:rStyle w:val="citation-181"/>
          <w:b/>
          <w:bCs/>
        </w:rPr>
        <w:t>TASSO CREDITORE</w:t>
      </w:r>
      <w:r>
        <w:rPr>
          <w:rStyle w:val="citation-181"/>
        </w:rPr>
        <w:t xml:space="preserve"> (sulle giacenze di cassa): ______%</w:t>
      </w:r>
      <w:r w:rsidR="00867E42">
        <w:br/>
      </w:r>
    </w:p>
    <w:p w:rsidR="00F01ACA" w:rsidRDefault="00F01ACA">
      <w:r>
        <w:br w:type="page"/>
      </w:r>
    </w:p>
    <w:p w:rsidR="00A15413" w:rsidRDefault="00867E42">
      <w:r>
        <w:lastRenderedPageBreak/>
        <w:t>Con la presente offerta, l'Istituto si impegna formalmente a:</w:t>
      </w:r>
    </w:p>
    <w:p w:rsidR="00A15413" w:rsidRDefault="00867E42" w:rsidP="0074156E">
      <w:pPr>
        <w:pStyle w:val="Puntoelenco"/>
        <w:numPr>
          <w:ilvl w:val="0"/>
          <w:numId w:val="0"/>
        </w:numPr>
      </w:pPr>
      <w:r>
        <w:t xml:space="preserve">- </w:t>
      </w:r>
      <w:r w:rsidRPr="0074156E">
        <w:rPr>
          <w:u w:val="single"/>
        </w:rPr>
        <w:t>Eseguire tutti i bonifici e le operazioni di pagamento a costo zero per l'Ente</w:t>
      </w:r>
      <w:r>
        <w:t xml:space="preserve"> (gratuità totale commissioni);</w:t>
      </w:r>
    </w:p>
    <w:p w:rsidR="00A15413" w:rsidRDefault="00867E42" w:rsidP="0074156E">
      <w:pPr>
        <w:pStyle w:val="Puntoelenco"/>
        <w:numPr>
          <w:ilvl w:val="0"/>
          <w:numId w:val="0"/>
        </w:numPr>
      </w:pPr>
      <w:r>
        <w:t xml:space="preserve">- Includere nel canone annuo offerto l'intermediazione tecnologica </w:t>
      </w:r>
      <w:r w:rsidR="008A7FE1">
        <w:t xml:space="preserve">per la gestione dei </w:t>
      </w:r>
      <w:r w:rsidR="008A7FE1" w:rsidRPr="00867E42">
        <w:rPr>
          <w:u w:val="single"/>
        </w:rPr>
        <w:t>flussi SIOPE+</w:t>
      </w:r>
      <w:r w:rsidR="008A7FE1">
        <w:t xml:space="preserve"> </w:t>
      </w:r>
      <w:r>
        <w:t xml:space="preserve">e la gestione del </w:t>
      </w:r>
      <w:r w:rsidRPr="0074156E">
        <w:rPr>
          <w:u w:val="single"/>
        </w:rPr>
        <w:t>sistema PagoPA</w:t>
      </w:r>
      <w:r>
        <w:t>;</w:t>
      </w:r>
    </w:p>
    <w:p w:rsidR="00A15413" w:rsidRDefault="00867E42" w:rsidP="0074156E">
      <w:pPr>
        <w:pStyle w:val="Puntoelenco"/>
        <w:numPr>
          <w:ilvl w:val="0"/>
          <w:numId w:val="0"/>
        </w:numPr>
      </w:pPr>
      <w:r>
        <w:t xml:space="preserve">- </w:t>
      </w:r>
      <w:r w:rsidRPr="004B50DE">
        <w:rPr>
          <w:b/>
          <w:u w:val="single"/>
        </w:rPr>
        <w:t>Accettare senza riserve tutte le clausole previste nello Schema di Convenzione</w:t>
      </w:r>
      <w:r>
        <w:t>.</w:t>
      </w:r>
    </w:p>
    <w:p w:rsidR="00A15413" w:rsidRDefault="00867E42">
      <w:r>
        <w:br/>
      </w:r>
      <w:r>
        <w:br/>
        <w:t>Luogo e Data __________________</w:t>
      </w:r>
    </w:p>
    <w:p w:rsidR="00A15413" w:rsidRDefault="00867E42">
      <w:pPr>
        <w:jc w:val="right"/>
      </w:pPr>
      <w:r>
        <w:br/>
        <w:t>Firma del Legale Rappresentante</w:t>
      </w:r>
      <w:r>
        <w:br/>
        <w:t>(Documento firmato digitalmente)</w:t>
      </w:r>
      <w:r>
        <w:br/>
        <w:t>__________________________</w:t>
      </w:r>
    </w:p>
    <w:sectPr w:rsidR="00A1541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450D"/>
    <w:rsid w:val="004B50DE"/>
    <w:rsid w:val="00527995"/>
    <w:rsid w:val="0064041B"/>
    <w:rsid w:val="0074156E"/>
    <w:rsid w:val="00867E42"/>
    <w:rsid w:val="008A7FE1"/>
    <w:rsid w:val="00A15413"/>
    <w:rsid w:val="00AA1D8D"/>
    <w:rsid w:val="00B47730"/>
    <w:rsid w:val="00CB0664"/>
    <w:rsid w:val="00D91451"/>
    <w:rsid w:val="00F01AC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723422"/>
  <w14:defaultImageDpi w14:val="330"/>
  <w15:docId w15:val="{856568FC-1EB0-4A57-B8F1-0E169142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  <w:rPr>
      <w:rFonts w:ascii="Arial" w:hAnsi="Aria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citation-182">
    <w:name w:val="citation-182"/>
    <w:basedOn w:val="Carpredefinitoparagrafo"/>
    <w:rsid w:val="00527995"/>
  </w:style>
  <w:style w:type="character" w:customStyle="1" w:styleId="citation-181">
    <w:name w:val="citation-181"/>
    <w:basedOn w:val="Carpredefinitoparagrafo"/>
    <w:rsid w:val="00527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D5B6CE-E834-44E0-B8B6-0B60A164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Debora Morchio</cp:lastModifiedBy>
  <cp:revision>9</cp:revision>
  <dcterms:created xsi:type="dcterms:W3CDTF">2013-12-23T23:15:00Z</dcterms:created>
  <dcterms:modified xsi:type="dcterms:W3CDTF">2026-05-27T08:38:00Z</dcterms:modified>
  <cp:category/>
</cp:coreProperties>
</file>